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报告故事线模板</w:t>
      </w:r>
    </w:p>
    <w:p>
      <w:r>
        <w:t>填写说明：按顺序填写，从背景到建议形成完整故事线；证据列填写支撑的数据或原声编号。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项目背景</w:t>
            </w:r>
          </w:p>
        </w:tc>
        <w:tc>
          <w:tcPr>
            <w:tcW w:type="dxa" w:w="4320"/>
          </w:tcPr>
          <w:p>
            <w:r>
              <w:t>为什么做这次研究：［填写］</w:t>
            </w:r>
          </w:p>
        </w:tc>
      </w:tr>
      <w:tr>
        <w:tc>
          <w:tcPr>
            <w:tcW w:type="dxa" w:w="4320"/>
          </w:tcPr>
          <w:p>
            <w:r>
              <w:t>核心业务问题</w:t>
            </w:r>
          </w:p>
        </w:tc>
        <w:tc>
          <w:tcPr>
            <w:tcW w:type="dxa" w:w="4320"/>
          </w:tcPr>
          <w:p>
            <w:r>
              <w:t>一句话说清要解决的决策问题：［填写］</w:t>
            </w:r>
          </w:p>
        </w:tc>
      </w:tr>
      <w:tr>
        <w:tc>
          <w:tcPr>
            <w:tcW w:type="dxa" w:w="4320"/>
          </w:tcPr>
          <w:p>
            <w:r>
              <w:t>一句话结论</w:t>
            </w:r>
          </w:p>
        </w:tc>
        <w:tc>
          <w:tcPr>
            <w:tcW w:type="dxa" w:w="4320"/>
          </w:tcPr>
          <w:p>
            <w:r>
              <w:t>研究报告的核心结论（结论先行）：［填写］</w:t>
            </w:r>
          </w:p>
        </w:tc>
      </w:tr>
      <w:tr>
        <w:tc>
          <w:tcPr>
            <w:tcW w:type="dxa" w:w="4320"/>
          </w:tcPr>
          <w:p>
            <w:r>
              <w:t>证据</w:t>
            </w:r>
          </w:p>
        </w:tc>
        <w:tc>
          <w:tcPr>
            <w:tcW w:type="dxa" w:w="4320"/>
          </w:tcPr>
          <w:p>
            <w:r>
              <w:t>支撑结论的关键证据（数据/原声）：［填写］</w:t>
            </w:r>
          </w:p>
        </w:tc>
      </w:tr>
      <w:tr>
        <w:tc>
          <w:tcPr>
            <w:tcW w:type="dxa" w:w="4320"/>
          </w:tcPr>
          <w:p>
            <w:r>
              <w:t>问题</w:t>
            </w:r>
          </w:p>
        </w:tc>
        <w:tc>
          <w:tcPr>
            <w:tcW w:type="dxa" w:w="4320"/>
          </w:tcPr>
          <w:p>
            <w:r>
              <w:t>发现了什么问题/短板：［填写］</w:t>
            </w:r>
          </w:p>
        </w:tc>
      </w:tr>
      <w:tr>
        <w:tc>
          <w:tcPr>
            <w:tcW w:type="dxa" w:w="4320"/>
          </w:tcPr>
          <w:p>
            <w:r>
              <w:t>原因</w:t>
            </w:r>
          </w:p>
        </w:tc>
        <w:tc>
          <w:tcPr>
            <w:tcW w:type="dxa" w:w="4320"/>
          </w:tcPr>
          <w:p>
            <w:r>
              <w:t>问题背后的原因（区分事实与推断）：［填写］</w:t>
            </w:r>
          </w:p>
        </w:tc>
      </w:tr>
      <w:tr>
        <w:tc>
          <w:tcPr>
            <w:tcW w:type="dxa" w:w="4320"/>
          </w:tcPr>
          <w:p>
            <w:r>
              <w:t>用户差异</w:t>
            </w:r>
          </w:p>
        </w:tc>
        <w:tc>
          <w:tcPr>
            <w:tcW w:type="dxa" w:w="4320"/>
          </w:tcPr>
          <w:p>
            <w:r>
              <w:t>不同人群的差异：［填写］</w:t>
            </w:r>
          </w:p>
        </w:tc>
      </w:tr>
      <w:tr>
        <w:tc>
          <w:tcPr>
            <w:tcW w:type="dxa" w:w="4320"/>
          </w:tcPr>
          <w:p>
            <w:r>
              <w:t>业务影响</w:t>
            </w:r>
          </w:p>
        </w:tc>
        <w:tc>
          <w:tcPr>
            <w:tcW w:type="dxa" w:w="4320"/>
          </w:tcPr>
          <w:p>
            <w:r>
              <w:t>问题对业务的影响：［填写］</w:t>
            </w:r>
          </w:p>
        </w:tc>
      </w:tr>
      <w:tr>
        <w:tc>
          <w:tcPr>
            <w:tcW w:type="dxa" w:w="4320"/>
          </w:tcPr>
          <w:p>
            <w:r>
              <w:t>优先级</w:t>
            </w:r>
          </w:p>
        </w:tc>
        <w:tc>
          <w:tcPr>
            <w:tcW w:type="dxa" w:w="4320"/>
          </w:tcPr>
          <w:p>
            <w:r>
              <w:t>建议事项的优先级排序：［填写］</w:t>
            </w:r>
          </w:p>
        </w:tc>
      </w:tr>
      <w:tr>
        <w:tc>
          <w:tcPr>
            <w:tcW w:type="dxa" w:w="4320"/>
          </w:tcPr>
          <w:p>
            <w:r>
              <w:t>建议</w:t>
            </w:r>
          </w:p>
        </w:tc>
        <w:tc>
          <w:tcPr>
            <w:tcW w:type="dxa" w:w="4320"/>
          </w:tcPr>
          <w:p>
            <w:r>
              <w:t>具体行动（问题/人群/环节/为什么优先）：［填写］</w:t>
            </w:r>
          </w:p>
        </w:tc>
      </w:tr>
      <w:tr>
        <w:tc>
          <w:tcPr>
            <w:tcW w:type="dxa" w:w="4320"/>
          </w:tcPr>
          <w:p>
            <w:r>
              <w:t>下一步验证</w:t>
            </w:r>
          </w:p>
        </w:tc>
        <w:tc>
          <w:tcPr>
            <w:tcW w:type="dxa" w:w="4320"/>
          </w:tcPr>
          <w:p>
            <w:r>
              <w:t>如何验证建议效果：［填写］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