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研究需求 Brief 模板</w:t>
      </w:r>
    </w:p>
    <w:p>
      <w:r>
        <w:t>填写说明：本模板用于在研究启动前对齐业务需求与研究范围。带 * 的为必填项。</w:t>
      </w:r>
    </w:p>
    <w:p>
      <w:pPr>
        <w:pStyle w:val="Heading2"/>
      </w:pPr>
      <w:r>
        <w:t>* 业务背景</w:t>
      </w:r>
    </w:p>
    <w:p>
      <w:pPr>
        <w:spacing w:after="120"/>
      </w:pPr>
      <w:r>
        <w:t>为什么现在需要研究？当前业务面临什么情况？</w:t>
      </w:r>
    </w:p>
    <w:p>
      <w:r>
        <w:t>［填写：＿＿＿＿＿＿＿＿＿＿＿＿＿＿＿＿＿＿＿＿］</w:t>
      </w:r>
    </w:p>
    <w:p>
      <w:pPr>
        <w:pStyle w:val="Heading2"/>
      </w:pPr>
      <w:r>
        <w:t>* 决策问题</w:t>
      </w:r>
    </w:p>
    <w:p>
      <w:pPr>
        <w:spacing w:after="120"/>
      </w:pPr>
      <w:r>
        <w:t>研究结果将支持什么决策？决策选项有哪些？</w:t>
      </w:r>
    </w:p>
    <w:p>
      <w:r>
        <w:t>［填写：＿＿＿＿＿＿＿＿＿＿＿＿＿＿＿＿＿＿＿＿］</w:t>
      </w:r>
    </w:p>
    <w:p>
      <w:pPr>
        <w:pStyle w:val="Heading2"/>
      </w:pPr>
      <w:r>
        <w:t>已知信息</w:t>
      </w:r>
    </w:p>
    <w:p>
      <w:pPr>
        <w:spacing w:after="120"/>
      </w:pPr>
      <w:r>
        <w:t>我们已经知道什么？有哪些数据/结论可参考？</w:t>
      </w:r>
    </w:p>
    <w:p>
      <w:r>
        <w:t>［填写：＿＿＿＿＿＿＿＿＿＿＿＿＿＿＿＿＿＿＿＿］</w:t>
      </w:r>
    </w:p>
    <w:p>
      <w:pPr>
        <w:pStyle w:val="Heading2"/>
      </w:pPr>
      <w:r>
        <w:t>未知信息</w:t>
      </w:r>
    </w:p>
    <w:p>
      <w:pPr>
        <w:spacing w:after="120"/>
      </w:pPr>
      <w:r>
        <w:t>必须通过研究才能知道的缺口是什么？</w:t>
      </w:r>
    </w:p>
    <w:p>
      <w:r>
        <w:t>［填写：＿＿＿＿＿＿＿＿＿＿＿＿＿＿＿＿＿＿＿＿］</w:t>
      </w:r>
    </w:p>
    <w:p>
      <w:pPr>
        <w:pStyle w:val="Heading2"/>
      </w:pPr>
      <w:r>
        <w:t>* 研究目标</w:t>
      </w:r>
    </w:p>
    <w:p>
      <w:pPr>
        <w:spacing w:after="120"/>
      </w:pPr>
      <w:r>
        <w:t>本次研究要回答的核心问题（3–5 条）</w:t>
      </w:r>
    </w:p>
    <w:p>
      <w:r>
        <w:t>［填写：＿＿＿＿＿＿＿＿＿＿＿＿＿＿＿＿＿＿＿＿］</w:t>
      </w:r>
    </w:p>
    <w:p>
      <w:pPr>
        <w:pStyle w:val="Heading2"/>
      </w:pPr>
      <w:r>
        <w:t>* 目标人群</w:t>
      </w:r>
    </w:p>
    <w:p>
      <w:pPr>
        <w:spacing w:after="120"/>
      </w:pPr>
      <w:r>
        <w:t>研究对象是谁？纳入/排除标准？</w:t>
      </w:r>
    </w:p>
    <w:p>
      <w:r>
        <w:t>［填写：＿＿＿＿＿＿＿＿＿＿＿＿＿＿＿＿＿＿＿＿］</w:t>
      </w:r>
    </w:p>
    <w:p>
      <w:pPr>
        <w:pStyle w:val="Heading2"/>
      </w:pPr>
      <w:r>
        <w:t>使用场景</w:t>
      </w:r>
    </w:p>
    <w:p>
      <w:pPr>
        <w:spacing w:after="120"/>
      </w:pPr>
      <w:r>
        <w:t>研究结果将用于什么场景（产品/营销/战略）？</w:t>
      </w:r>
    </w:p>
    <w:p>
      <w:r>
        <w:t>［填写：＿＿＿＿＿＿＿＿＿＿＿＿＿＿＿＿＿＿＿＿］</w:t>
      </w:r>
    </w:p>
    <w:p>
      <w:pPr>
        <w:pStyle w:val="Heading2"/>
      </w:pPr>
      <w:r>
        <w:t>时间</w:t>
      </w:r>
    </w:p>
    <w:p>
      <w:pPr>
        <w:spacing w:after="120"/>
      </w:pPr>
      <w:r>
        <w:t>启动与交付时间节点</w:t>
      </w:r>
    </w:p>
    <w:p>
      <w:r>
        <w:t>［填写：＿＿＿＿＿＿＿＿＿＿＿＿＿＿＿＿＿＿＿＿］</w:t>
      </w:r>
    </w:p>
    <w:p>
      <w:pPr>
        <w:pStyle w:val="Heading2"/>
      </w:pPr>
      <w:r>
        <w:t>预算</w:t>
      </w:r>
    </w:p>
    <w:p>
      <w:pPr>
        <w:spacing w:after="120"/>
      </w:pPr>
      <w:r>
        <w:t>预算范围（选填）</w:t>
      </w:r>
    </w:p>
    <w:p>
      <w:r>
        <w:t>［填写：＿＿＿＿＿＿＿＿＿＿＿＿＿＿＿＿＿＿＿＿］</w:t>
      </w:r>
    </w:p>
    <w:p>
      <w:pPr>
        <w:pStyle w:val="Heading2"/>
      </w:pPr>
      <w:r>
        <w:t>* 交付形式</w:t>
      </w:r>
    </w:p>
    <w:p>
      <w:pPr>
        <w:spacing w:after="120"/>
      </w:pPr>
      <w:r>
        <w:t>报告、PPT、数据集等交付物</w:t>
      </w:r>
    </w:p>
    <w:p>
      <w:r>
        <w:t>［填写：＿＿＿＿＿＿＿＿＿＿＿＿＿＿＿＿＿＿＿＿］</w:t>
      </w:r>
    </w:p>
    <w:p>
      <w:pPr>
        <w:pStyle w:val="Heading2"/>
      </w:pPr>
      <w:r>
        <w:t>关键利益相关方</w:t>
      </w:r>
    </w:p>
    <w:p>
      <w:pPr>
        <w:spacing w:after="120"/>
      </w:pPr>
      <w:r>
        <w:t>谁使用结果？谁审批？</w:t>
      </w:r>
    </w:p>
    <w:p>
      <w:r>
        <w:t>［填写：＿＿＿＿＿＿＿＿＿＿＿＿＿＿＿＿＿＿＿＿］</w:t>
      </w:r>
    </w:p>
    <w:p>
      <w:pPr>
        <w:pStyle w:val="Heading2"/>
      </w:pPr>
      <w:r>
        <w:t>禁止事项</w:t>
      </w:r>
    </w:p>
    <w:p>
      <w:pPr>
        <w:spacing w:after="120"/>
      </w:pPr>
      <w:r>
        <w:t>不能触碰的内容/人群/方法限制</w:t>
      </w:r>
    </w:p>
    <w:p>
      <w:r>
        <w:t>［填写：＿＿＿＿＿＿＿＿＿＿＿＿＿＿＿＿＿＿＿＿］</w:t>
      </w:r>
    </w:p>
    <w:p>
      <w:pPr>
        <w:pStyle w:val="Heading2"/>
      </w:pPr>
      <w:r>
        <w:t>成功标准</w:t>
      </w:r>
    </w:p>
    <w:p>
      <w:pPr>
        <w:spacing w:after="120"/>
      </w:pPr>
      <w:r>
        <w:t>什么情况下本次研究算成功？</w:t>
      </w:r>
    </w:p>
    <w:p>
      <w:r>
        <w:t>［填写：＿＿＿＿＿＿＿＿＿＿＿＿＿＿＿＿＿＿＿＿］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